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ראש השנה: שופר, סימנים ותשליך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מורשת יכולה להישאר ולהתחדש בו-זמנית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ראש דג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להשליך מעשים לא טובים ולהתחיל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במילה שדומה ל'להרבות'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ראש השנה חל בא' וב' בתשרי, כלומר יומיים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על עשיית השופר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קהילה וכל משפחה שומרת על הסימנים בדרך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מורשת חיה נשמרת כי עושים אותה אבל גם מתחדשת בכל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מאכל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(ייתמו המעשים הרעים)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(יסתלקו הצרות)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(ייכרתו האויבים)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(שיקראו לפנינו את זכויותינו)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(נהיה מלאי מצוות כמו גרעיניו)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מתיישבים כולם יחד לשולחן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מברכים על הסימנים במילים 'יהי רצון'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אוכלים את סעודת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בבית הכנסת שומעים את תקיעת השופר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ביום הראשון אחר הצהריים הולכים למקור מים לתשליך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שהמצווה היא לשמוע את קול השופר, לא רק להחזיק אותו או להסתכל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שמראה הבנה שיש מנהג ישן (כמו שופר או תפוח בדבש) לצד תוספת אישית של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תקיעה, שברים, תרועה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הכוללת מאכל והסבר נכון של האיחול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שהשופר והברכה נשארים, אבל המתכונים והמנהגים משתנים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קול שופר אמיתי או הדמיה שלו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לספר על מנהג ראש השנה המיוחד למשפחה שלהם לפני מילוי חלק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דברים על חג ראש השנה: השופר, האוכל המיוחד, והליכה למים. נבדוק מה דומה ומה שונה בין משפחות.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קרן שתוקעים בה בראש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צליל שופר ארוך וישר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מאכלים שמזכירים איחול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יהי 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פתיחה לבקשה או לאיחול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ליד מים: משליכים את הרע ומתחילים מחדש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הדין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נוסף לראש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החודש העברי שבו חל ראש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חוגגים את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לצליל השופר הארוך?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איזה מאכל אומרים את הברכה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הולכים למים בתשליך?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לזכור את האבות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להשליך מעשים לא טובים ולהתחיל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לכבד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שם הוא לא שם של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אוכלים גזר אצל משפחות ממוצא אשכנזי?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בצבע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במילה שדומה ל'להרבות'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בטעם המתוק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במרקם הרך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 חל תמיד רק ביום אחד בחודש תשרי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השופר עשוי מקרן של איל או בהמה כשרה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בעולם אוכלות בדיוק את אותם הסימנים באותו האופן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מורשת חיה היא דבר שנשאר תמיד זהה ולעולם לא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ראש השנה פותח את השנה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צליל שופר קצר מאוד המורכב מרצף צלילים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ה__________ מאחלים שנהיה מלאים במעשים טובים כמו גרעיניו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מילת הפתיחה לבקשה על כל מאכל סימן היא '__________ רצון'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מאכל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שיקראו לפנינו את זכויותינו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ייכרתו האויבים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נהיה מלאי מצוות כמו גרעיניו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דלעת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ייתמו המעשים הרעים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יסתלקו הצרות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הכנסת שומעים את תקיעת השופר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את סעודת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הראשון אחר הצהריים הולכים למקור מים לתשליך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מברכים על הסימנים במילים 'יהי רצון'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מתיישבים כולם יחד לשולחן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השופר נחשב מצווה שקוראים לה לשמוע ולא רק חפץ להסתכל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בפתיחה מסופר על שלוש משפחות שחוגגות את ראש השנה בדרכים שונות. בחרו משפחה אחת וכתבו איך אצלה המסורת גם נשמרת וגם משתנה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סוגי צלילי השופר?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למאכל סימן ולמשמעותו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לראש השנה להיות גם ישן וגם מתחדש בכל 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